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40"/>
        </w:rPr>
        <w:t>THE LAUNCH</w:t>
      </w:r>
    </w:p>
    <w:p>
      <w:pPr>
        <w:spacing w:after="80"/>
        <w:jc w:val="center"/>
      </w:pPr>
      <w:r>
        <w:rPr>
          <w:b/>
          <w:sz w:val="30"/>
        </w:rPr>
        <w:t>IF — Chapter 2: “The Most Terrifying Fact”</w:t>
      </w:r>
    </w:p>
    <w:p>
      <w:pPr>
        <w:spacing w:after="80"/>
        <w:jc w:val="center"/>
      </w:pPr>
      <w:r>
        <w:rPr>
          <w:b/>
          <w:sz w:val="24"/>
        </w:rPr>
        <w:t>LEADER GUIDE</w:t>
      </w:r>
    </w:p>
    <w:p>
      <w:pPr>
        <w:spacing w:after="80"/>
        <w:jc w:val="center"/>
      </w:pPr>
      <w:r>
        <w:rPr>
          <w:b/>
          <w:sz w:val="22"/>
        </w:rPr>
        <w:t>Key Scripture: Romans 8:31</w:t>
      </w:r>
    </w:p>
    <w:p>
      <w:pPr>
        <w:spacing w:after="80"/>
        <w:jc w:val="left"/>
      </w:pPr>
      <w:r>
        <w:rPr>
          <w:b/>
          <w:sz w:val="26"/>
        </w:rPr>
        <w:t>BIG IDEA</w:t>
      </w:r>
    </w:p>
    <w:p>
      <w:pPr>
        <w:spacing w:after="80"/>
        <w:jc w:val="left"/>
      </w:pPr>
      <w:r>
        <w:rPr>
          <w:b w:val="0"/>
        </w:rPr>
        <w:t>What if the biggest risk isn't failing, but never discovering what God wanted to do through your life?</w:t>
      </w:r>
    </w:p>
    <w:p>
      <w:pPr>
        <w:spacing w:after="80"/>
        <w:jc w:val="left"/>
      </w:pPr>
      <w:r>
        <w:rPr>
          <w:b/>
          <w:sz w:val="24"/>
        </w:rPr>
        <w:t>1. IF GOD IS FOR US</w:t>
      </w:r>
    </w:p>
    <w:p>
      <w:pPr>
        <w:spacing w:after="80"/>
        <w:jc w:val="left"/>
      </w:pPr>
      <w:r>
        <w:rPr>
          <w:b w:val="0"/>
        </w:rPr>
        <w:t>Romans 8:31 is built around a gigantic IF.</w:t>
      </w:r>
    </w:p>
    <w:p>
      <w:pPr>
        <w:spacing w:after="80"/>
        <w:jc w:val="left"/>
      </w:pPr>
      <w:r>
        <w:rPr>
          <w:b w:val="0"/>
        </w:rPr>
        <w:t>“If God is for us, who can be against us?”</w:t>
      </w:r>
    </w:p>
    <w:p>
      <w:pPr>
        <w:spacing w:after="80"/>
        <w:jc w:val="left"/>
      </w:pPr>
      <w:r>
        <w:rPr>
          <w:b w:val="0"/>
        </w:rPr>
        <w:t>Leader emphasis: Faith doesn't eliminate uncertainty. Faith gives us courage in the middle of it.</w:t>
      </w:r>
    </w:p>
    <w:p>
      <w:pPr>
        <w:spacing w:after="80"/>
        <w:jc w:val="left"/>
      </w:pPr>
      <w:r>
        <w:rPr>
          <w:b/>
          <w:sz w:val="24"/>
        </w:rPr>
        <w:t>2. GOD IS BIGGER THAN YOUR “WHAT IF”</w:t>
      </w:r>
    </w:p>
    <w:p>
      <w:pPr>
        <w:spacing w:after="80"/>
        <w:jc w:val="left"/>
      </w:pPr>
      <w:r>
        <w:rPr>
          <w:b w:val="0"/>
        </w:rPr>
        <w:t>Fear asks: “What if it doesn't work?”</w:t>
      </w:r>
    </w:p>
    <w:p>
      <w:pPr>
        <w:spacing w:after="80"/>
        <w:jc w:val="left"/>
      </w:pPr>
      <w:r>
        <w:rPr>
          <w:b w:val="0"/>
        </w:rPr>
        <w:t>Faith asks: “What if God is in it?”</w:t>
      </w:r>
    </w:p>
    <w:p>
      <w:pPr>
        <w:spacing w:after="80"/>
        <w:jc w:val="left"/>
      </w:pPr>
      <w:r>
        <w:rPr>
          <w:b w:val="0"/>
        </w:rPr>
        <w:t>Ask: What “what if” has been controlling you lately?</w:t>
      </w:r>
    </w:p>
    <w:p>
      <w:pPr>
        <w:spacing w:after="80"/>
        <w:jc w:val="left"/>
      </w:pPr>
      <w:r>
        <w:rPr>
          <w:b/>
          <w:sz w:val="24"/>
        </w:rPr>
        <w:t>3. FEAR → FAITH → ACTION</w:t>
      </w:r>
    </w:p>
    <w:p>
      <w:pPr>
        <w:spacing w:after="80"/>
        <w:jc w:val="left"/>
      </w:pPr>
      <w:r>
        <w:rPr>
          <w:b w:val="0"/>
        </w:rPr>
        <w:t>Fear isn't always a stop sign. Sometimes it points toward an area where God wants us to grow.</w:t>
      </w:r>
    </w:p>
    <w:p>
      <w:pPr>
        <w:spacing w:after="80"/>
        <w:jc w:val="left"/>
      </w:pPr>
      <w:r>
        <w:rPr>
          <w:b w:val="0"/>
        </w:rPr>
        <w:t>Leader emphasis: We don't wait until we're no longer afraid. We move because we trust God more than our fear.</w:t>
      </w:r>
    </w:p>
    <w:p>
      <w:pPr>
        <w:spacing w:after="80"/>
        <w:jc w:val="left"/>
      </w:pPr>
      <w:r>
        <w:rPr>
          <w:b/>
          <w:sz w:val="24"/>
        </w:rPr>
        <w:t>4. DON'T CONFUSE COMFORT WITH GOD'S WILL</w:t>
      </w:r>
    </w:p>
    <w:p>
      <w:pPr>
        <w:spacing w:after="80"/>
        <w:jc w:val="left"/>
      </w:pPr>
      <w:r>
        <w:rPr>
          <w:b w:val="0"/>
        </w:rPr>
        <w:t>The safest decision isn't always the most faithful decision.</w:t>
      </w:r>
    </w:p>
    <w:p>
      <w:pPr>
        <w:spacing w:after="80"/>
        <w:jc w:val="left"/>
      </w:pPr>
      <w:r>
        <w:rPr>
          <w:b w:val="0"/>
        </w:rPr>
        <w:t>God's will isn't always comfortable, but His presence makes obedience possible.</w:t>
      </w:r>
    </w:p>
    <w:p>
      <w:pPr>
        <w:spacing w:after="80"/>
        <w:jc w:val="left"/>
      </w:pPr>
      <w:r>
        <w:rPr>
          <w:b/>
          <w:sz w:val="24"/>
        </w:rPr>
        <w:t>5. WHAT IF GOD WANTS MORE?</w:t>
      </w:r>
    </w:p>
    <w:p>
      <w:pPr>
        <w:spacing w:after="80"/>
        <w:jc w:val="left"/>
      </w:pPr>
      <w:r>
        <w:rPr>
          <w:b w:val="0"/>
        </w:rPr>
        <w:t>Move the conversation from “What can God do for me?” to “What does God want to do through me?”</w:t>
      </w:r>
    </w:p>
    <w:p>
      <w:pPr>
        <w:spacing w:after="80"/>
        <w:jc w:val="left"/>
      </w:pPr>
      <w:r>
        <w:rPr>
          <w:b w:val="0"/>
        </w:rPr>
        <w:t>Ask: What might God be asking you to do?</w:t>
      </w:r>
    </w:p>
    <w:p>
      <w:pPr>
        <w:spacing w:after="80"/>
        <w:jc w:val="left"/>
      </w:pPr>
      <w:r>
        <w:rPr>
          <w:b/>
          <w:sz w:val="24"/>
        </w:rPr>
        <w:t>6. FAITH REQUIRES A STEP</w:t>
      </w:r>
    </w:p>
    <w:p>
      <w:pPr>
        <w:spacing w:after="80"/>
        <w:jc w:val="left"/>
      </w:pPr>
      <w:r>
        <w:rPr>
          <w:b w:val="0"/>
        </w:rPr>
        <w:t>You don't need the entire staircase. You need the next step.</w:t>
      </w:r>
    </w:p>
    <w:p>
      <w:pPr>
        <w:spacing w:after="80"/>
        <w:jc w:val="left"/>
      </w:pPr>
      <w:r>
        <w:rPr>
          <w:b w:val="0"/>
        </w:rPr>
        <w:t>Ask: What is your next obedient step?</w:t>
      </w:r>
    </w:p>
    <w:p>
      <w:pPr>
        <w:spacing w:after="80"/>
        <w:jc w:val="left"/>
      </w:pPr>
      <w:r>
        <w:rPr>
          <w:b/>
          <w:sz w:val="24"/>
        </w:rPr>
        <w:t>GROUP DISCUSSION — PICK 3</w:t>
      </w:r>
    </w:p>
    <w:p>
      <w:pPr>
        <w:spacing w:after="80"/>
        <w:jc w:val="left"/>
      </w:pPr>
      <w:r>
        <w:rPr>
          <w:b w:val="0"/>
        </w:rPr>
        <w:t>• What is your biggest “What if?” right now?</w:t>
      </w:r>
    </w:p>
    <w:p>
      <w:pPr>
        <w:spacing w:after="80"/>
        <w:jc w:val="left"/>
      </w:pPr>
      <w:r>
        <w:rPr>
          <w:b w:val="0"/>
        </w:rPr>
        <w:t>• Where has fear kept you standing still?</w:t>
      </w:r>
    </w:p>
    <w:p>
      <w:pPr>
        <w:spacing w:after="80"/>
        <w:jc w:val="left"/>
      </w:pPr>
      <w:r>
        <w:rPr>
          <w:b w:val="0"/>
        </w:rPr>
        <w:t>• Are you playing it safe somewhere God is calling you to take a risk?</w:t>
      </w:r>
    </w:p>
    <w:p>
      <w:pPr>
        <w:spacing w:after="80"/>
        <w:jc w:val="left"/>
      </w:pPr>
      <w:r>
        <w:rPr>
          <w:b w:val="0"/>
        </w:rPr>
        <w:t>• What would you attempt if you knew God was with you?</w:t>
      </w:r>
    </w:p>
    <w:p>
      <w:pPr>
        <w:spacing w:after="80"/>
        <w:jc w:val="left"/>
      </w:pPr>
      <w:r>
        <w:rPr>
          <w:b w:val="0"/>
        </w:rPr>
        <w:t>• What is God asking you to do next?</w:t>
      </w:r>
    </w:p>
    <w:p>
      <w:pPr>
        <w:spacing w:after="80"/>
        <w:jc w:val="left"/>
      </w:pPr>
      <w:r>
        <w:rPr>
          <w:b/>
          <w:sz w:val="24"/>
        </w:rPr>
        <w:t>ROMANS 8:31 — DECLARE IT</w:t>
      </w:r>
    </w:p>
    <w:p>
      <w:pPr>
        <w:spacing w:after="80"/>
        <w:jc w:val="center"/>
      </w:pPr>
      <w:r>
        <w:rPr>
          <w:b/>
          <w:sz w:val="24"/>
        </w:rPr>
        <w:t>“If God is for us, who can be against us?”</w:t>
      </w:r>
    </w:p>
    <w:p>
      <w:pPr>
        <w:spacing w:after="80"/>
        <w:jc w:val="left"/>
      </w:pPr>
      <w:r>
        <w:rPr>
          <w:b w:val="0"/>
        </w:rPr>
        <w:t>IF = possibility  |  GOD = power  |  IS FOR US = relationship  |  WHO = opposition  |  CONFIDENCE = God has the final word</w:t>
      </w:r>
    </w:p>
    <w:p>
      <w:pPr>
        <w:spacing w:after="80"/>
        <w:jc w:val="left"/>
      </w:pPr>
      <w:r>
        <w:rPr>
          <w:b/>
          <w:sz w:val="24"/>
        </w:rPr>
        <w:t>THIS WEEK'S CHALLENGE</w:t>
      </w:r>
    </w:p>
    <w:p>
      <w:pPr>
        <w:spacing w:after="80"/>
        <w:jc w:val="left"/>
      </w:pPr>
      <w:r>
        <w:rPr>
          <w:b w:val="0"/>
        </w:rPr>
        <w:t>DON'T JUST ASK “WHAT IF?”</w:t>
      </w:r>
    </w:p>
    <w:p>
      <w:pPr>
        <w:spacing w:after="80"/>
        <w:jc w:val="left"/>
      </w:pPr>
      <w:r>
        <w:rPr>
          <w:b w:val="0"/>
        </w:rPr>
        <w:t>Challenge each man to take ONE FAITH STEP. Pray about it. Then move.</w:t>
      </w:r>
    </w:p>
    <w:p>
      <w:pPr>
        <w:spacing w:after="80"/>
        <w:jc w:val="left"/>
      </w:pPr>
      <w:r>
        <w:rPr>
          <w:b/>
          <w:sz w:val="24"/>
        </w:rPr>
        <w:t>CLOSE</w:t>
      </w:r>
    </w:p>
    <w:p>
      <w:pPr>
        <w:spacing w:after="80"/>
        <w:jc w:val="left"/>
      </w:pPr>
      <w:r>
        <w:rPr>
          <w:b w:val="0"/>
        </w:rPr>
        <w:t>Have each man finish: “My next faith step is __________________________.”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THE LAUNCH • IF — Chapter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