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WHAT IF? — CHAPTER 1 + ROMANS 8</w:t>
      </w:r>
    </w:p>
    <w:p>
      <w:pPr>
        <w:jc w:val="center"/>
      </w:pPr>
      <w:r>
        <w:rPr>
          <w:i/>
          <w:sz w:val="24"/>
        </w:rPr>
        <w:t>Men’s Small Group Study Outline</w:t>
      </w:r>
    </w:p>
    <w:p>
      <w:pPr>
        <w:jc w:val="center"/>
      </w:pPr>
      <w:r>
        <w:rPr>
          <w:b/>
          <w:sz w:val="26"/>
        </w:rPr>
        <w:t>Theme: Moving From Fear to Faith</w:t>
      </w:r>
    </w:p>
    <w:p>
      <w:r>
        <w:t>Central Question: What if God is asking me to stop living from fear and start living from faith in what He can do?</w:t>
      </w:r>
    </w:p>
    <w:p>
      <w:r>
        <w:rPr>
          <w:b/>
          <w:sz w:val="28"/>
        </w:rPr>
        <w:t>1. THE POWER OF AN “IF”</w:t>
      </w:r>
    </w:p>
    <w:p>
      <w:pPr>
        <w:pStyle w:val="ListBullet"/>
        <w:spacing w:after="40"/>
      </w:pPr>
      <w:r>
        <w:t>An “if” can be a question, but it can also become an invitation.</w:t>
      </w:r>
    </w:p>
    <w:p>
      <w:pPr>
        <w:pStyle w:val="ListBullet"/>
        <w:spacing w:after="40"/>
      </w:pPr>
      <w:r>
        <w:t>What if God has more for me?</w:t>
      </w:r>
    </w:p>
    <w:p>
      <w:pPr>
        <w:pStyle w:val="ListBullet"/>
        <w:spacing w:after="40"/>
      </w:pPr>
      <w:r>
        <w:t>What if my current circumstances are not the end of my story?</w:t>
      </w:r>
    </w:p>
    <w:p>
      <w:pPr>
        <w:pStyle w:val="ListBullet"/>
        <w:spacing w:after="40"/>
      </w:pPr>
      <w:r>
        <w:t>What if God is asking me to believe before I see?</w:t>
      </w:r>
    </w:p>
    <w:p>
      <w:pPr>
        <w:pStyle w:val="ListBullet"/>
        <w:spacing w:after="40"/>
      </w:pPr>
      <w:r>
        <w:t>What if the limitation is not God—but my willingness to trust Him?</w:t>
      </w:r>
    </w:p>
    <w:p>
      <w:r>
        <w:rPr>
          <w:b/>
        </w:rPr>
        <w:t>Discussion: What is one “what if” you have been afraid to ask God?</w:t>
      </w:r>
    </w:p>
    <w:p>
      <w:r>
        <w:rPr>
          <w:b/>
          <w:sz w:val="28"/>
        </w:rPr>
        <w:t>2. GOD IS NOT LIMITED BY WHAT I SEE</w:t>
      </w:r>
    </w:p>
    <w:p>
      <w:pPr>
        <w:pStyle w:val="ListBullet"/>
        <w:spacing w:after="40"/>
      </w:pPr>
      <w:r>
        <w:t>Romans 8:28 — God works all things together for good for those who love Him and are called according to His purpose.</w:t>
      </w:r>
    </w:p>
    <w:p>
      <w:pPr>
        <w:pStyle w:val="ListBullet"/>
        <w:spacing w:after="40"/>
      </w:pPr>
      <w:r>
        <w:t>The question is not simply, “Do I understand what God is doing?”</w:t>
      </w:r>
    </w:p>
    <w:p>
      <w:pPr>
        <w:pStyle w:val="ListBullet"/>
        <w:spacing w:after="40"/>
      </w:pPr>
      <w:r>
        <w:t>The better question is, “Do I trust God even when I do not understand what He is doing?”</w:t>
      </w:r>
    </w:p>
    <w:p>
      <w:pPr>
        <w:pStyle w:val="ListBullet"/>
        <w:spacing w:after="40"/>
      </w:pPr>
      <w:r>
        <w:t>God sees the whole picture while we often see only one chapter.</w:t>
      </w:r>
    </w:p>
    <w:p>
      <w:pPr>
        <w:pStyle w:val="ListBullet"/>
        <w:spacing w:after="40"/>
      </w:pPr>
      <w:r>
        <w:t>God can use disappointment, delay, failure, and uncertainty.</w:t>
      </w:r>
    </w:p>
    <w:p>
      <w:r>
        <w:rPr>
          <w:b/>
        </w:rPr>
        <w:t>Discussion: Where are you currently struggling to trust God because you cannot see the outcome?</w:t>
      </w:r>
    </w:p>
    <w:p>
      <w:r>
        <w:rPr>
          <w:b/>
          <w:sz w:val="28"/>
        </w:rPr>
        <w:t>3. GOD HAS A PURPOSE FOR YOUR LIFE</w:t>
      </w:r>
    </w:p>
    <w:p>
      <w:pPr>
        <w:pStyle w:val="ListBullet"/>
        <w:spacing w:after="40"/>
      </w:pPr>
      <w:r>
        <w:t>Romans 8:29–30 points to a progression of God’s purpose: called, justified, and ultimately glorified.</w:t>
      </w:r>
    </w:p>
    <w:p>
      <w:pPr>
        <w:pStyle w:val="ListBullet"/>
        <w:spacing w:after="40"/>
      </w:pPr>
      <w:r>
        <w:t>God is not randomly moving you through life. There is purpose behind the process.</w:t>
      </w:r>
    </w:p>
    <w:p>
      <w:pPr>
        <w:pStyle w:val="ListBullet"/>
        <w:spacing w:after="40"/>
      </w:pPr>
      <w:r>
        <w:t>Ask: What has God called me to?</w:t>
      </w:r>
    </w:p>
    <w:p>
      <w:pPr>
        <w:pStyle w:val="ListBullet"/>
        <w:spacing w:after="40"/>
      </w:pPr>
      <w:r>
        <w:t>Ask: What am I currently being prepared for?</w:t>
      </w:r>
    </w:p>
    <w:p>
      <w:pPr>
        <w:pStyle w:val="ListBullet"/>
        <w:spacing w:after="40"/>
      </w:pPr>
      <w:r>
        <w:t>Ask: What season am I resisting because I do not understand it?</w:t>
      </w:r>
    </w:p>
    <w:p>
      <w:r>
        <w:rPr>
          <w:b/>
        </w:rPr>
        <w:t>Key Thought: You may not understand the process, but you can trust the God who designed the purpose.</w:t>
      </w:r>
    </w:p>
    <w:p>
      <w:r>
        <w:rPr>
          <w:b/>
          <w:sz w:val="28"/>
        </w:rPr>
        <w:t>4. IF GOD IS FOR ME…</w:t>
      </w:r>
    </w:p>
    <w:p>
      <w:pPr>
        <w:pStyle w:val="ListBullet"/>
        <w:spacing w:after="40"/>
      </w:pPr>
      <w:r>
        <w:t>Romans 8:31 — “If God is for us, who can be against us?”</w:t>
      </w:r>
    </w:p>
    <w:p>
      <w:pPr>
        <w:pStyle w:val="ListBullet"/>
        <w:spacing w:after="40"/>
      </w:pPr>
      <w:r>
        <w:t>Fear asks: What if I fail? What if they reject me? What if I lose? What if it does not work?</w:t>
      </w:r>
    </w:p>
    <w:p>
      <w:pPr>
        <w:pStyle w:val="ListBullet"/>
        <w:spacing w:after="40"/>
      </w:pPr>
      <w:r>
        <w:t>Faith asks: What if God provides? What if God opens the door? What if God uses me? What if God turns this around?</w:t>
      </w:r>
    </w:p>
    <w:p>
      <w:pPr>
        <w:pStyle w:val="ListBullet"/>
        <w:spacing w:after="40"/>
      </w:pPr>
      <w:r>
        <w:t>The question shifts from “What if everything goes wrong?” to “What if God is actually with me in everything I am facing?”</w:t>
      </w:r>
    </w:p>
    <w:p>
      <w:r>
        <w:rPr>
          <w:b/>
        </w:rPr>
        <w:t>Discussion: What would you attempt for God if you were completely convinced that failure could never separate you from His love?</w:t>
      </w:r>
    </w:p>
    <w:p>
      <w:r>
        <w:rPr>
          <w:b/>
          <w:sz w:val="28"/>
        </w:rPr>
        <w:t>5. NOTHING CAN SEPARATE YOU FROM GOD’S LOVE</w:t>
      </w:r>
    </w:p>
    <w:p>
      <w:pPr>
        <w:pStyle w:val="ListBullet"/>
        <w:spacing w:after="40"/>
      </w:pPr>
      <w:r>
        <w:t>Romans 8:35–39 reminds us that God’s love remains through trouble, hardship, persecution, failure, fear, life, death, the present, and the future.</w:t>
      </w:r>
    </w:p>
    <w:p>
      <w:pPr>
        <w:pStyle w:val="ListBullet"/>
        <w:spacing w:after="40"/>
      </w:pPr>
      <w:r>
        <w:t>Our circumstances may change, but God’s love does not.</w:t>
      </w:r>
    </w:p>
    <w:p>
      <w:pPr>
        <w:pStyle w:val="ListBullet"/>
        <w:spacing w:after="40"/>
      </w:pPr>
      <w:r>
        <w:t>Our confidence is not based on having an easy life; it is based on knowing who is with us.</w:t>
      </w:r>
    </w:p>
    <w:p>
      <w:r>
        <w:rPr>
          <w:b/>
        </w:rPr>
        <w:t>Discussion: Which part of Romans 8:35–39 speaks most directly to the season you are in right now?</w:t>
      </w:r>
    </w:p>
    <w:p>
      <w:r>
        <w:rPr>
          <w:b/>
          <w:sz w:val="28"/>
        </w:rPr>
        <w:t>6. THE BIG “WHAT IF?” QUESTION</w:t>
      </w:r>
    </w:p>
    <w:p>
      <w:pPr>
        <w:pStyle w:val="ListBullet"/>
        <w:spacing w:after="40"/>
      </w:pPr>
      <w:r>
        <w:t>What if God wants more for you than you are currently willing to believe?</w:t>
      </w:r>
    </w:p>
    <w:p>
      <w:pPr>
        <w:pStyle w:val="ListBullet"/>
        <w:spacing w:after="40"/>
      </w:pPr>
      <w:r>
        <w:t>What if the next level requires more faith, obedience, courage, and surrender?</w:t>
      </w:r>
    </w:p>
    <w:p>
      <w:pPr>
        <w:pStyle w:val="ListBullet"/>
        <w:spacing w:after="40"/>
      </w:pPr>
      <w:r>
        <w:t>God is not asking you to become perfect. He is inviting you to become who He created you to be.</w:t>
      </w:r>
    </w:p>
    <w:p>
      <w:r>
        <w:rPr>
          <w:b/>
          <w:sz w:val="28"/>
        </w:rPr>
        <w:t>7. APPLICATION — “MY WHAT IF”</w:t>
      </w:r>
    </w:p>
    <w:p>
      <w:pPr>
        <w:pStyle w:val="ListBullet"/>
        <w:spacing w:after="40"/>
      </w:pPr>
      <w:r>
        <w:t>1. What if God is calling me to __________?</w:t>
      </w:r>
    </w:p>
    <w:p>
      <w:pPr>
        <w:pStyle w:val="ListBullet"/>
        <w:spacing w:after="40"/>
      </w:pPr>
      <w:r>
        <w:t>2. What fear is keeping me from responding?</w:t>
      </w:r>
    </w:p>
    <w:p>
      <w:pPr>
        <w:pStyle w:val="ListBullet"/>
        <w:spacing w:after="40"/>
      </w:pPr>
      <w:r>
        <w:t>3. What is one step of faith I can take this week?</w:t>
      </w:r>
    </w:p>
    <w:p>
      <w:pPr>
        <w:pStyle w:val="ListBullet"/>
        <w:spacing w:after="40"/>
      </w:pPr>
      <w:r>
        <w:t>Share one “What If?” you are taking to God this week.</w:t>
      </w:r>
    </w:p>
    <w:p>
      <w:r>
        <w:rPr>
          <w:b/>
          <w:sz w:val="28"/>
        </w:rPr>
        <w:t>CLOSING CHALLENGE</w:t>
      </w:r>
    </w:p>
    <w:p>
      <w:r>
        <w:t>Romans 8 does not promise that everything will be easy.</w:t>
      </w:r>
    </w:p>
    <w:p>
      <w:r>
        <w:t>It promises something better: God is with you. God is for you. God is working. And nothing can separate you from His love.</w:t>
      </w:r>
    </w:p>
    <w:p>
      <w:r>
        <w:t>So the challenge this week is not simply, “What if?”</w:t>
      </w:r>
    </w:p>
    <w:p>
      <w:r>
        <w:rPr>
          <w:b/>
          <w:sz w:val="24"/>
        </w:rPr>
        <w:t>What if I actually believed God?</w:t>
      </w:r>
    </w:p>
    <w:p>
      <w:r>
        <w:rPr>
          <w:b/>
          <w:sz w:val="24"/>
        </w:rPr>
        <w:t>And then: What would I do differently?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What IF? — Chapter 1 + Romans 8 | Men’s Small Group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